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ห่านกับไข่ทองคำ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นานมาแล้ว มีชาวนาคนหนึ่งอาศัยอยู่กับภรรยา พวกเขายากจนมาก จนกระทั่งวันหนึ่ง พวกเขาได้เลี้ยง ห่าน ตัวหนึ่งไว้ และห่านตัวนี้ก็เป็นห่านวิเศษ! ทุกเช้า ห่านตัวนี้จะออก ไข่ทองคำ มาให้หนึ่งฟอง เมื่อนำไปขาย พวกเขาก็ได้เงินมามากมาย ทำให้ฐานะของสองสามีภรรยาค่อยๆ ดีขึ้น พวกเขาไม่ต้องทำงานหนักเหมือนเมื่อก่อน และเริ่มมีชีวิตที่สุขสบาย แต่เมื่อเวลาผ่านไป ความโลภก็เริ่มครอบงำพวกเขา สองสามีภรรยาเริ่มรู้สึกว่าการรอไข่ทองคำแค่วันละฟองนั้น ช้าเกินไป! พวกเขาอยากได้ไข่ทองคำทั้งหมดในคราวเดียว เพื่อจะได้รวยล้นฟ้าในทันที สามีภรรยาจึงปรึกษากันว่า:"ห่านต้องมีไข่ทองคำจำนวนมากซ่อนอยู่ในท้องแน่ ๆ! เราจะผ่าท้องห่านเพื่อเอาไข่ทองคำออกมาให้หมด!" แม้จะถูกภรรยาเตือน แต่สามีก็ยังคงยืนยันที่จะทำตามความคิดที่โลภของตนเอง ในที่สุด พวกเขาจึงฆ่าห่านตัวนั้นและผ่าท้องออกมา... แต่สิ่งที่พวกเขาพบกลับไม่ใช่ไข่ทองคำมากมายอย่างที่คาดหวัง ในท้องของห่านกลับว่างเปล่า! ทั้งสองรู้สึกเสียใจและเสียดายอย่างที่สุด เพราะห่านวิเศษที่เคยมอบไข่ทองคำให้ทุกวันได้ตายไปแล้ว พวกเขาสูญเสียแหล่งรายได้ที่ดีที่สุดไปตลอดกาล เพราะความโลภอยากได้ทั้งหมดในครั้งเดียว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