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รอยร้าวบนกำแพง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ในห้องเรียนชั้น ป.5 มีเด็กชายคนหนึ่งชื่อ "ต้น" ต้นเป็นเด็กที่มีอารมณ์ร้อนและชอบพูดจาที่ไม่ดีกับเพื่อนๆ อยู่เสมอ เขาชอบล้อเลียนรูปร่างหน้าตา และใช้คำพูดที่ทำร้ายจิตใจเพื่อนคนอื่น โดยเฉพาะ "ฝ้าย" เด็กหญิงที่เงียบและมีรูปร่างอ้วนกว่าเพื่อน ต้นและกลุ่มเพื่อนของเขามักจะหัวเราะเยาะฝ้าย และตั้งฉายาให้เธอ วันหนึ่งคุณครูเห็นเหตุการณ์ที่ต้นพูดจาไม่ดีใส่ฝ้าย จนฝ้ายวิ่งร้องไห้ออกจากห้องเรียน คุณครูจึงเรียกต้นมาคุยและยื่นค้อนกับตะปูหนึ่งถุงให้ คุณครูบอกต้นว่า “ทุกครั้งที่ลูกพูดจาไม่ดี หรือทำร้ายจิตใจเพื่อน ให้ลูกตอกตะปูหนึ่งตัวลงบนกำแพงด้านหลังห้องเรียนนี้” ต้นรู้สึกสับสน แต่ก็ทำตามคำสั่ง ทุกครั้งที่เขาล้อเพื่อนหรือพูดคำหยาบ เขาก็ไปตอกตะปูลงบนกำแพง ตะปูบางตัวตอกง่าย บางตัวตอกยาก แต่ไม่นาน กำแพงก็เต็มไปด้วยตะปูจำนวนมาก ต้นมองดูตะปูเหล่านั้นแล้วเริ่มรู้สึกสำนึกว่าตนเองได้ทำสิ่งที่ไม่ดีไปมากเพียงใด คุณครูเห็นดังนั้น จึงบอกต้นว่า “ตอนนี้ ลูกรู้แล้วว่าคำพูดของลูกทำร้ายคนอื่นมากแค่ไหน ครูอยากให้ลูกไปทำดีกับเพื่อนๆ ทุกครั้งที่ลูกพูดชมเชยเพื่อน หรือช่วยเหลือเพื่อนได้หนึ่งครั้ง ให้ลูกถอนตะปูออกจากกำแพงได้หนึ่งตัว” ต้นเริ่มเปลี่ยนแปลงตัวเอง เขาพูดให้กำลังใจฝ้าย ช่วยเพื่อนเก็บของ และขอโทษเพื่อนทุกคนที่เขาเคยล้อเลียน ทุกครั้งที่เขาทำความดี เขาก็ถอนตะปูออก ตะปูถูกถอนออกไปเรื่อย ๆ จนหมด ต้นวิ่งมาหาคุณครูด้วยความดีใจและภูมิใจว่า “คุณครูครับ! ผมถอนตะปูออกจนหมดแล้วครับ!” คุณครูยิ้มให้ แต่ชี้ไปที่กำแพง แล้วถามว่า “จริงหรือลูก? ลูกเห็นอะไรบนกำแพงบ้าง?” ต้นมองตามนิ้วคุณครู กำแพงแม้จะไม่มีตะปูแล้ว แต่ก็ยังคงมี "รอยร้าว" และ "รู" จากการตอกตะปูอยู่เต็มไปหมด คุณครูจึงสอนบทเรียนสุดท้ายว่า “ลูกรัก คำพูดที่ไม่ดี หรือการกระทำที่รังแกเพื่อน ก็เหมือนกับการตอกตะปู รอยแผลทางร่างกายอาจหายได้ แต่รอยร้าวในจิตใจนั้นจะยังคงอยู่และไม่สามารถลบหายไปได้อย่างสมบูรณ์... จงคิดให้ดีก่อนพูด และจงเลือกใช้คำพูดที่สร้างสรรค์และให้กำลังใจเพื่อนเสมอ”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