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โทโทตัวน้อยผู้รับผิดชอบ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”</w:t>
        <w:br/>
        <w:t>ในหมู่บ้านสัตว์เล็ก ๆ มีเด็กกระต่ายชื่อ โทโทตัวน้อย</w:t>
        <w:br/>
        <w:t>โทโทไม่ได้เป็นสัตว์ที่เรียนเก่งที่สุดในห้อง แต่เขามี ความรับผิดชอบสูงและมีพฤติกรรมดีเสมอ</w:t>
        <w:br/>
        <w:t>ทุกเช้า โทโทจะตื่นตรงเวลา ช่วยแม่จัดอาหารและเก็บของเรียบร้อยก่อนไปโรงเรียน</w:t>
        <w:br/>
        <w:t>ในห้องเรียน เขาอาจไม่ได้คะแนนสูงที่สุด แต่ ทำการบ้านตรงเวลา ช่วยเพื่อนที่ไม่เข้าใจบทเรียน และตั้งใจฟังครูเสมอ</w:t>
        <w:br/>
        <w:t>สัตว์นักเรียนที่เรียนเก่งที่สุดในห้องคือ ฮูกน้อยนักฉลาด</w:t>
        <w:br/>
        <w:t>ฮูกน้อยมักได้คะแนนสูงและเข้าใจบทเรียนเร็ว แต่เธอสังเกตเห็นว่า</w:t>
        <w:br/>
        <w:t>“โทโทแม้ไม่ได้เก่งที่สุด แต่เขามีความรับผิดชอบ และคอยช่วยเพื่อน ๆ ทำให้ห้องเรียนเป็นระเบียบและสนุกขึ้น”</w:t>
        <w:br/>
        <w:t>วันหนึ่ง ครูจัดกิจกรรมกลุ่ม</w:t>
        <w:br/>
        <w:t>โทโทได้รับมอบหมายให้ ดูแลอุปกรณ์และช่วยเพื่อนในกลุ่มให้เข้าใจบทเรียน</w:t>
        <w:br/>
        <w:t>ทุกคนทำงานร่วมกันได้อย่างราบรื่น</w:t>
        <w:br/>
        <w:t>ฮูกน้อยยิ้มและพูดว่า</w:t>
        <w:br/>
        <w:t>“โทโท แม้ฉันเก่งที่สุด แต่ฉันชื่นชมในความรับผิดชอบและความประพฤติดีของเธอมากนะ”</w:t>
        <w:br/>
        <w:t>โทโทรู้สึก ภูมิใจและมีความสุข</w:t>
        <w:br/>
        <w:t>เขาเรียนรู้ว่า ความเก่งไม่ได้วัดเพียงคะแนน แต่ความรับผิดชอบและจิตใจดี ก็ทำให้เราเป็นที่ชื่นชมและมีคุณค่าในสังคมได้</w:t>
        <w:br/>
        <w:t>ตั้งแต่นั้นมา โทโทก็ยังคงทำหน้าที่ของตัวเองด้วยความตั้งใจ</w:t>
        <w:br/>
        <w:t>และเพื่อน ๆ หลายตัวเริ่มเรียนรู้ว่า การมีความรับผิดชอบและทำสิ่งที่ถูกต้องสำคัญไม่แพ้การเรียนเก่ง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