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มินนี่ตัวน้อยกับช้างใหญ่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”</w:t>
        <w:br/>
        <w:t>ในป่ากว้างใหญ่ มีช้างตัวหนึ่งชื่อ ช้างใหญ่</w:t>
        <w:br/>
        <w:t>ช้างใหญ่แข็งแรงและมักคิดว่าตัวเองทำทุกอย่างได้โดยไม่ต้องพึ่งใคร</w:t>
        <w:br/>
        <w:t>วันหนึ่ง มีสัตว์ตัวน้อยชื่อ มินนี่ หนูแสนฉลาดและรวดเร็ว มักช่วยสัตว์ตัวอื่นด้วยความสามารถพิเศษของตัวเอง</w:t>
        <w:br/>
        <w:t>แต่ช้างใหญ่มักพูดว่า</w:t>
        <w:br/>
        <w:t>“ฉันตัวใหญ่ ทำไมต้องรอหนูตัวเล็ก ๆ มาช่วยด้วยล่ะ?”</w:t>
        <w:br/>
        <w:t>วันหนึ่ง ฝนตกหนัก ทำให้ต้นไม้ใหญ่โค่นลงบนเส้นทางสัตว์ป่า</w:t>
        <w:br/>
        <w:t>ช้างใหญ่พยายามผลักต้นไม้ด้วยความแข็งแรงของตัวเอง แต่ต้นไม้หนักเกินไป ทำให้ติดอยู่ใต้กิ่งไม้</w:t>
        <w:br/>
        <w:t>เขาตกใจและพยายามเรียกให้ใครช่วย แต่สัตว์ตัวอื่น ๆ กลัวเพราะต้นไม้ใหญ่เกินไป</w:t>
        <w:br/>
        <w:t>ทันใดนั้น มินนี่และเพื่อน ๆ หนูตัวเล็ก ๆ วิ่งมาด้วยความรวดเร็ว</w:t>
        <w:br/>
        <w:t>พวกเขาใช้ความสามารถของตัวเอง ขุดรอบ ๆ กิ่งไม้ และดึงช้างใหญ่ทีละนิดจนปลอดภัย</w:t>
        <w:br/>
        <w:t>ช้างใหญ่หายใจหอบ และเริ่มเข้าใจอะไรบางอย่าง</w:t>
        <w:br/>
        <w:t>เขาพูดกับมินนี่ด้วยรอยยิ้ม</w:t>
        <w:br/>
        <w:t>“ฉันคิดผิดไป จริง ๆ แล้ว ขนาดตัวไม่ได้สำคัญที่สุด</w:t>
        <w:br/>
        <w:t>ทุกตัวมีความสามารถที่แตกต่างกัน และบางครั้งตัวเล็กก็ช่วยได้มากกว่าตัวใหญ่เสียอีก”</w:t>
        <w:br/>
        <w:t>ตั้งแต่วันนั้น ช้างใหญ่ไม่เคยดูถูกสัตว์ตัวเล็กอีกเลย</w:t>
        <w:br/>
        <w:t>และสัตว์ทั้งป่าก็เรียนรู้ว่า</w:t>
        <w:br/>
        <w:t>“ความสามารถและใจช่วยเหลือ สำคัญกว่าขนาดตัวใด ๆ ทั้งสิ้น”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