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น้องฟ้าเรียนรู้ที่จะฟังเพื่อน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ที่โรงเรียนแห่งหนึ่ง มีเด็กนักเรียนคนหนึ่งชื่อ น้องฟ้า น้องฟ้าเป็นคนเก่งและฉลาด แต่ก็มีนิสัยเอาแต่ใจตัวเองเวลาทำงานกลุ่ม</w:t>
        <w:br/>
        <w:t>วันหนึ่ง ครูมอบหมายให้ชั้นเรียนทำโครงงานเป็นกลุ่ม น้องฟ้าได้อยู่กลุ่มกับเพื่อน ๆ ที่มีความสามารถแตกต่างกัน แต่แทนที่จะฟังความคิดเห็นของเพื่อน น้องฟ้ากลับพูดว่า</w:t>
        <w:br/>
        <w:t>“เราอย่าทำแบบนั้นนะ ต้องทำตามแผนของฉันเท่านั้น!”</w:t>
        <w:br/>
        <w:t>เพื่อน ๆ พยายามเสนอไอเดียหลายครั้ง แต่ทุกครั้งน้องฟ้าก็ไม่ฟัง และถ้าเพื่อนทำไม่ตามใจ น้องฟ้าก็โกรธและบ่น</w:t>
        <w:br/>
        <w:t>“ทำไมไม่ฟังฉันบ้าง! แบบนี้งานก็ไม่สำเร็จหรอก!”</w:t>
        <w:br/>
        <w:t>เพื่อน ๆ รู้สึกเหนื่อยและไม่อยากทำงานร่วมกับน้องฟ้า จนสุดท้าย เมื่อถึงวันส่งงาน น้องฟ้าต้องทำงาน คนเดียวทั้งหมด เพราะเพื่อน ๆ ถอนตัวไป</w:t>
        <w:br/>
        <w:t>ระหว่างทำงานคนเดียว น้องฟ้าเจอปัญหาหลายอย่างที่ตัวเองแก้ไม่ไหว งานยากกว่าที่คิด และก็ใช้เวลามากกว่าที่เคยทำกับเพื่อน</w:t>
        <w:br/>
        <w:t>“ทำไมฉันไม่ฟังเพื่อนตั้งแต่แรกนะ?” น้องฟ้าคิดเสียใจ</w:t>
        <w:br/>
        <w:t>หลังจากพยายามหลายชั่วโมง น้องฟ้าจึงตัดสินใจกลับไปคุยกับเพื่อน</w:t>
        <w:br/>
        <w:t>“ขอโทษนะทุกคน ฉันรู้แล้วว่าการรับฟังความคิดเห็นของเพื่อนมันสำคัญจริง ๆ ครั้งต่อไปฉันจะไม่เอาแต่ใจตัวเองแล้ว”</w:t>
        <w:br/>
        <w:t>เพื่อน ๆ ยิ้มและบอกว่า</w:t>
        <w:br/>
        <w:t>“เราเข้าใจนะ ครั้งหน้าเราจะช่วยกันคิดและทำงานให้สนุกและง่ายขึ้น”</w:t>
        <w:br/>
        <w:t>ตั้งแต่วันนั้น น้องฟ้าเรียนรู้ว่า การฟังความคิดเห็นของเพื่อน ทำให้ทำงานร่วมกันง่ายขึ้น งานออกมาดีกว่า และเพื่อน ๆ ก็สนุกกับการทำงานด้วยกัน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