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มินกับเจมส์ นักเรียนรักความสะอาด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”</w:t>
        <w:br/>
        <w:t>ที่โรงเรียนแห่งหนึ่ง มีนักเรียนสองคนที่แตกต่างกันอย่างชัดเจน</w:t>
        <w:br/>
        <w:t>มิน เป็นนักเรียนที่รักความสะอาดมาก เธอจะจัดโต๊ะเรียนให้เรียบร้อยทุกวัน เก็บสมุด ดินสอ และอุปกรณ์การเรียนให้เป็นระเบียบ และเช็ดกระเป๋านักเรียนให้สะอาดอยู่เสมอ</w:t>
        <w:br/>
        <w:t>เจมส์ เพื่อนของมิน เป็นนักเรียนที่ไม่รักษาความสะอาด ชอบวางของทิ้ง ๆ ขว้าง ๆ เวลาใช้ของก็หาไม่เจอ บางครั้งก็ลืมอุปกรณ์การเรียนสำคัญ</w:t>
        <w:br/>
        <w:t>วันหนึ่ง ครูประกาศว่า “พรุ่งนี้เราจะมีการตรวจความเรียบร้อยของกระเป๋านักเรียนและโต๊ะเรียนทุกคน”</w:t>
        <w:br/>
        <w:t>มินเตรียมทุกอย่างอย่างเรียบร้อย เธอจัดสมุดและอุปกรณ์การเรียนลงในกระเป๋าอย่างเป็นระเบียบ</w:t>
        <w:br/>
        <w:t>ส่วนเจมส์กลับวางของทิ้ง ๆ ไว้ในกระเป๋า เสื้อผ้าและหนังสือรวมกันเป็นกอง ๆ</w:t>
        <w:br/>
        <w:t>เช้าวันต่อมา ครูเดินมาตรวจโต๊ะเรียน มินได้รางวัล “นักเรียนรักความสะอาด” เพราะโต๊ะเรียนและกระเป๋าของเธอสะอาดเรียบร้อย</w:t>
        <w:br/>
        <w:t>เจมส์พบว่าเขาไม่สามารถหาอุปกรณ์ที่จำเป็นได้เลย</w:t>
        <w:br/>
        <w:t>“เฮ้ ทำไมฉันหาดินสอสีไม่เจอล่ะ!” เจมส์บ่น</w:t>
        <w:br/>
        <w:t>“เพราะนายไม่รักษาความสะอาดไง” มินตอบอย่างสุภาพแต่ตรงไปตรงมา</w:t>
        <w:br/>
        <w:t>เจมส์เริ่มรู้สึกอาย แต่ก็เข้าใจบทเรียน</w:t>
        <w:br/>
        <w:t>“ฉันเสียเวลาไปเยอะเพราะไม่จัดของให้เรียบร้อยเลย” เขาพูด</w:t>
        <w:br/>
        <w:t>หลังจากวันนั้น เจมส์พยายามจัดโต๊ะเรียนและกระเป๋าให้เรียบร้อยตามมินบ้าง ทุกอย่างง่ายขึ้นและไม่ต้องเสียเวลาหาของอีกต่อไป</w:t>
        <w:br/>
        <w:t>มินยิ้มให้เพื่อน และทั้งสองก็สนุกกับการเรียนมากขึ้นเพราะไม่ต้องมานั่งหาของ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