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H Sarabun New" w:hAnsi="TH Sarabun New" w:eastAsia="TH Sarabun New"/>
          <w:b/>
          <w:sz w:val="40"/>
        </w:rPr>
        <w:t>ซันกับลูมิ</w:t>
      </w:r>
    </w:p>
    <w:p>
      <w:pPr>
        <w:jc w:val="center"/>
      </w:pPr>
      <w:r>
        <w:rPr>
          <w:rFonts w:ascii="TH Sarabun New" w:hAnsi="TH Sarabun New" w:eastAsia="TH Sarabun New"/>
          <w:i/>
          <w:sz w:val="30"/>
        </w:rPr>
        <w:t>นิทานประกอบกิจกรรมจิตศึกษา ชั้นประถมศึกษาปีที่ 5</w:t>
      </w:r>
    </w:p>
    <w:p>
      <w:pPr>
        <w:spacing w:line="276" w:lineRule="auto"/>
        <w:ind w:firstLine="720"/>
      </w:pPr>
      <w:r>
        <w:rPr>
          <w:rFonts w:ascii="TH Sarabun New" w:hAnsi="TH Sarabun New" w:eastAsia="TH Sarabun New"/>
          <w:sz w:val="32"/>
        </w:rPr>
        <w:t>”</w:t>
        <w:br/>
        <w:t>ครั้งหนึ่งในป่ากว้าง มีเพื่อนรักอยู่ด้วยกันสองตัว คือ กระรอกชื่อซัน และ ลิงชื่อลูมิ ทั้งสองชอบเล่นด้วยกันทุกวัน วิ่งไล่จับ เก็บผลไม้ และหัวเราะร่าเริงอยู่เสมอ</w:t>
        <w:br/>
        <w:t>วันหนึ่งขณะนั่งพักใต้ต้นไม้ใหญ่ ซันถามลูมิ</w:t>
        <w:br/>
        <w:t>“เธอคิดไหม ว่าสัตว์ในโลกนี้ชนิดไหนที่ฉลาด คล่องแคล่ว และว่องไวที่สุด?”</w:t>
        <w:br/>
        <w:t>ลูมิตอบอย่างมั่นใจ</w:t>
        <w:br/>
        <w:t>“ต้องเป็นฉันแน่นอน ลิงว่องไวและปีนต้นไม้เก่งที่สุด!”</w:t>
        <w:br/>
        <w:t>ซันก็หัวเราะและตอบกลับทันที</w:t>
        <w:br/>
        <w:t>“ไม่ใช่หรอก! ต้องเป็นฉันต่างหาก กระรอกกระโดดได้ไกล ว่องไวแถมฉลาดในการเก็บอาหารมากที่สุด!”</w:t>
        <w:br/>
        <w:t>ทั้งสองเริ่มถกเถียงกันอย่างดุเดือด คำพูดเริ่มแรงขึ้น จากการโต้เถียงกลายเป็นการทะเลาะกันใหญ่ เสียงทะเลาะก้องป่าไปไกล</w:t>
        <w:br/>
        <w:t>ทันใดนั้น จากบนฟ้า เหยี่ยวตัวหนึ่ง พุ่งลงมาอย่างรวดเร็ว ใช้กรงเล็บคว้าทั้งซันและลูมิไปในพริบตา เพื่อนรักทั้งสองไม่ทันได้ตั้งตัว</w:t>
        <w:br/>
        <w:t>ก่อนที่ทุกอย่างจะสายเกินไป ทั้งสองจึงได้ตระหนักว่า</w:t>
        <w:br/>
        <w:t>ความทะเลาะวิวาทและความอวดดี ทำให้เราเสียสิ่งที่สำคัญที่สุดไป นั่นคือมิตรภาพและความปลอดภัย</w:t>
        <w:br/>
        <w:t>และตั้งแต่วันนั้น พวกสัตว์ทุกตัวในป่าก็ได้เรียนรู้ว่า การถกเถียงกันควรมีเหตุผลและความเคารพซึ่งกันและกัน ไม่ใช่ให้ความหยิ่งทะนงมาทำร้ายตัวเอง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