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ดอกทานตะวันของเมล็ดเล็ก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วันหนึ่งในทุ่งกว้าง มีเมล็ดทานตะวันเมล็ดเล็ก ๆ ตกอยู่กลางดิน รอบตัวมันมีเมล็ดอีกมากมายที่ดูแข็งแรงกว่า ใหญ่กว่า เมล็ดเล็กจึงรู้สึกท้อใจ “เราคงไม่มีทางเติบโตเป็นต้นไม้สวย ๆ ได้แน่เลย...” แต่ลมอ่อน ๆ ที่พัดผ่านมากลับพูดขึ้นว่า “อย่าเพิ่งหมดหวัง เจ้าลองพยายามดูสิ ดินนี้อุดมมาก ถ้าเจ้ามีความตั้งใจ เจ้าก็จะโตได้เหมือนกัน” เมล็ดเล็กจึงเริ่มฝังรากของตัวเองลงในดิน แม้จะเจอฝนตกหนักและแดดร้อน มันยังคงพยายามทุกวัน รากค่อย ๆ แผ่กว้าง ลำต้นค่อย ๆ สูงขึ้น</w:t>
        <w:br/>
        <w:t>วันหนึ่ง มันเห็นเพื่อน ๆ เมล็ดอื่นเริ่มเบ่งบานเป็นดอกสีเหลืองสวยงาม แต่ตัวมันยังเป็นเพียงต้นเล็ก ๆ มันแอบเศร้าอยู่ในใจว่า “เราคงไม่สวยเหมือนคนอื่นแน่เลย” แต่แล้ววันต่อมา มีเด็กชายคนหนึ่งเดินมาที่ทุ่ง เขาเห็นต้นทานตะวันเล็ก ๆ ที่ยังไม่บาน เด็กคนนั้นเอามือแหวกหญ้าออกและพูดว่า “ต้นนี้น่ารักดีนะ ถึงจะยังไม่ออกดอก แต่ก็กล้าสู้แดดสู้ฝน” วันนั้น เมล็ดเล็กยิ้มอยู่ในใจ มันตั้งใจจะเติบโตต่อไป ไม่นาน มันก็เบ่งบานเป็นดอกทานตะวันดอกสุดท้ายของทุ่ง แต่กลับเป็นดอกที่งดงามที่สุด เพราะบานตรงวันที่พระอาทิตย์ส่องสว่างพอดี ทั้งทุ่งเหลียวมามองมันด้วยความชื่นชม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