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ลาขี้โกงกับพ่อค้าเกลือ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พ่อค้าเกลือขี่ลาของเขาจากชายฝั่งกลับบ้านพร้อมเกลือหอบใหญ่ จนกระทั่งมาถึงแม่น้ำสายหนึ่งซึ่งมีทางน้ำตื้นๆ พอให้ข้ามไปได้ พวกเขาเคยข้ามแม่น้ำสายนี้มาแล้วหลายครั้งโดยไม่เกิดเหตุเภทภัยอันใด แต่ในครั้งนี้เจ้าลากลับลื่นเสียหลักลงไปในน้ำครึ่งตัว เมื่อพ่อค้าเกลือช่วยฉุดให้มันยืนกลับขึ้นมาได้อีกครั้ง เกลือมากมายก็ละลายไปกับสายน้ำแล้ว เจ้าลารู้สึกยินดีปรีดาเมื่อรู้สึกว่าภาระของมันเบาลงไปมาก มันจึงจบการเดินทางด้วยความเบิกบาน</w:t>
        <w:br/>
        <w:t>วันต่อมาพ่อค้าก็ไปซื้อเกลือมาอีกหอบ และในระหว่างทางกลับบ้าน เจ้าลาจดจำได้ว่าเกิดอะไรขึ้นตรงทางข้าม มันจึงจงใจทิ้งตัวลงไปในน้ำ คราวนี้มันกำจัดภาระของมันไปได้เกือบหมดเลยทีเดียว</w:t>
        <w:br/>
        <w:t>พ่อค้าฉันโกรธขึ้นมาในทันใด เขาจึงหันลากลับไปยังชายฝั่งอีกครั้ง หนนี้เขาหอบเอาฟองน้ำสองตะกร้าใหญ่ๆ วางไว้บนหลังลา และเมื่อถึงทางข้าม เจ้าลาก็แกล้งล้มลงอีก ครั้นเมื่อตะกายลุกขึ้นมาได้ เจ้าลาก็ต้องลากตัวเองกลับบ้านพร้อมสัมภาระที่หนักกว่าเดิมถึง 10 เท่า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