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คนกับเงิน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นานมาแล้ว มีชายหนุ่มคนหนึ่งเป็นคนขยันขันแข็ง มุ่งมั่นตั้งใจทำงานอย่างหนักเพื่อเก็บหอมรอมริบเงินทอง ด้วยความมานะพากเพียรไม่ย่อท้อ วันหนึ่งเขาก็สามารถสร้างฐานะจนกลายเป็นคนร่ำรวย มีทรัพย์สินมากมาย</w:t>
        <w:br/>
        <w:t>แต่เมื่อชีวิตเปลี่ยนจากคนหาเช้ากินค่ำเป็นคนมีอันจะกิน เขาก็เริ่มหลงระเริงไปกับความมั่งมี จากที่เคยรู้จักเก็บออมก็กลายเป็นคนใช้จ่ายอย่างฟุ่มเฟือย เขามักจะใช้เงินซื้อข้าวของที่แพงเกินจำเป็น เลี้ยงฉลองกับเพื่อนฝูงอยู่เป็นประจำ และใช้ชีวิตอย่างประมาท คิดว่าเงินทองที่หามาได้จะไม่มีวันหมด</w:t>
        <w:br/>
        <w:t>เวลาผ่านไปไม่นาน เงินทองที่เขาเคยเก็บสะสมไว้ก็ค่อยๆ ร่อยหรอลงไปเรื่อย ๆ เพื่อนฝูงที่เข้ามาคบหาเพราะทรัพย์สินก็เริ่มตีตัวออกห่าง จนในที่สุดเขาก็ไม่เหลือเงินเลยแม้แต่บาทเดียว และต้องขายบ้าน ขายรถ เพื่อนำเงินมาใช้หนี้สินที่ก่อไว้</w:t>
        <w:br/>
        <w:t>เมื่อต้องกลับไปอยู่ในชีวิตที่ยากลำบากเหมือนตอนเริ่มต้น เขาก็นึกเสียใจกับการกระทำของตนเอง แต่ทุกอย่างก็สายเกินไปเสียแล้ว ชีวิตที่เหลือของเขาจึงต้องอยู่อย่างขัดสนไปตลอด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