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40"/>
        </w:rPr>
        <w:t>ของขวัญจากปลาสายรุ้ง</w:t>
      </w:r>
    </w:p>
    <w:p>
      <w:pPr>
        <w:jc w:val="center"/>
      </w:pPr>
      <w:r>
        <w:rPr>
          <w:rFonts w:ascii="TH Sarabun New" w:hAnsi="TH Sarabun New" w:eastAsia="TH Sarabun New"/>
          <w:i/>
          <w:sz w:val="30"/>
        </w:rPr>
        <w:t>นิทานประกอบกิจกรรมจิตศึกษา ชั้นประถมศึกษาปีที่ 5</w:t>
      </w:r>
    </w:p>
    <w:p>
      <w:pPr>
        <w:spacing w:line="276" w:lineRule="auto"/>
        <w:ind w:firstLine="720"/>
      </w:pPr>
      <w:r>
        <w:rPr>
          <w:rFonts w:ascii="TH Sarabun New" w:hAnsi="TH Sarabun New" w:eastAsia="TH Sarabun New"/>
          <w:sz w:val="32"/>
        </w:rPr>
        <w:t>กาลครั้งหนึ่งนานมาแล้ว ในมหาสมุทรสีคราม มีปลาตัวหนึ่งชื่อ ปลาสายรุ้ง มันเป็นปลาที่สวยที่สุดในโลก เพราะมีเกล็ดสีเงินวาววับที่สามารถสะท้อนแสงอาทิตย์เป็นสีรุ้งได้</w:t>
        <w:br/>
        <w:t>ปลาสายรุ้งภาคภูมิใจในความสวยของตัวเองมาก และไม่ยอมแบ่งเกล็ดวิเศษให้กับปลาตัวอื่นเลย แม้จะมีปลาเล็กๆ มาขอร้องด้วยความชื่นชมก็ตาม มันปฏิเสธอย่างเย็นชาว่า "เกล็ดสวยงามเหล่านี้เป็นของข้าแต่เพียงผู้เดียว!"</w:t>
        <w:br/>
        <w:t>ผลก็คือ ปลาทุกตัวในมหาสมุทรเริ่มไม่ชอบปลาสายรุ้ง และพากันตีตัวออกห่าง ทำให้ปลาสายรุ้งต้องอยู่ตามลำพังท่ามกลางความเงียบเหงา ถึงแม้จะสวยงามเพียงใด แต่ความโดดเดี่ยวก็ทำให้มันไม่มีความสุขเลย</w:t>
        <w:br/>
        <w:t>วันหนึ่ง ปลาสายรุ้งได้ไปปรึกษาปลาหมึกเฒ่าผู้ฉลาด ปลาหมึกเฒ่าบอกว่า "หากเจ้าอยากมีความสุข เจ้าต้องรู้จักให้ จงแบ่งเกล็ดวิเศษของเจ้าให้กับเพื่อนๆ ดูสิ"</w:t>
        <w:br/>
        <w:t>ปลาสายรุ้งทำตามคำแนะนำอย่างลังเล มันแบ่งเกล็ดสีเงินวาววับให้กับปลาตัวเล็กไปหนึ่งเกล็ด เมื่อปลาตัวเล็กได้รับเกล็ดก็ดีใจและขอบคุณมากๆ ทำให้ปลาสายรุ้งรู้สึกอิ่มเอมใจอย่างประหลาด</w:t>
        <w:br/>
        <w:t>จากนั้นมันก็เริ่มแบ่งเกล็ดให้กับปลาตัวอื่นๆ ทีละเกล็ด จนเกล็ดสวยงามของมันเหลืออยู่เพียงเกล็ดเดียว แต่แทนที่มันจะรู้สึกเศร้า ปลาสายรุ้งกลับรู้สึกอบอุ่นและ มีความสุขที่สุด เพราะมันมีเพื่อนมากมายรายล้อม และเกล็ดสวยๆ ก็ส่องประกายระยิบระยับอยู่บนตัวของเพื่อนๆ ทุกตัว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