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กระต่ายตื่นตูม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มีกระต่ายตัวหนึ่งกำลังนอนหลับอยู่ใต้ต้นหว้าใหญ่ ทันใดนั้นก็มี เสียงดัง "ตูม!" ขึ้นมาข้างๆ ตัวมัน กระต่ายตกใจสุดขีด และคิดไปเองทันทีว่า ฟ้ากำลังถล่ม กระต่ายไม่ทันคิดไตร่ตรองให้ดี ก็รีบวิ่งหนีเอาชีวิตรอดไปอย่างไม่คิดชีวิต และตะโกนไปตลอดทางว่า "ฟ้าถล่ม! ฟ้าถล่มแล้ว!" สัตว์อื่นๆ ในป่าได้ยินเสียงตะโกนและเห็นกระต่ายวิ่งหนีด้วยความตื่นตระหนก ก็พากันเชื่อตามและวิ่งหนีตามไปด้วยเป็นขบวนใหญ่ สร้างความวุ่นวายไปทั่วทั้งป่า ราชสีห์เจ้าป่า เห็นเหตุการณ์จึงรีบเข้ามาห้ามและสอบถาม กระต่ายตื่นตูมก็ยังยืนยันว่าฟ้าถล่มจริงๆ และชี้ไปทางต้นหว้า ราชสีห์จึงพาเพื่อนสัตว์ต่างๆ กลับไปยังที่เกิดเหตุ เมื่อไปถึงก็พบว่า เสียง "ตูม!" ที่ได้ยินนั้น แท้จริงแล้วคือ ผลหว้าสุก ที่ตกลงมาจากต้นกระทบพื้นดินเท่านั้นเอง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