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สิงโตกับสุนัขจิ้งจอกแก่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สิงโต เจ้าป่าตัวหนึ่งแก่ชราลงมาก จนไม่มีเรี่ยวแรงจะออกล่าเหยื่อเองได้เหมือนเดิม มันจึงตัดสินใจใช้ เล่ห์เหลี่ยม โดยการแกล้งทำเป็นป่วย แล้วนอนซมอยู่ในถ้ำ เพื่อรอให้สัตว์อื่นเข้ามาเยี่ยม สุนัขจิ้งจอกตัวหนึ่งเดินทางมาถึงถ้ำของสิงโต มันเห็นร่องรอยเท้าของสัตว์ต่างๆ เดินเข้าไปในถ้ำมากมาย แต่ ไม่มีร่องรอยเท้าใดๆ เดินออกมาจากถ้ำเลยสุนัขจิ้งจอกจึงหยุดยืนอยู่หน้าถ้ำ และพูดขึ้นว่า "ท่านสิงโตเจ้าป่า! ข้ามาเยี่ยมท่าน ท่านรู้สึกดีขึ้นบ้างไหม?" สิงโตตอบด้วยน้ำเสียงอ่อนแรงว่า "ขอบคุณเจ้ามากที่มาเยี่ยม เข้ามาใกล้ๆ สิ ข้าแทบจะไม่ได้ยินที่เจ้าพูดเลย" สุนัขจิ้งจอกฉลาดและมีประสบการณ์ มันจึงตอบกลับไปว่า "ขอบคุณในความเมตตาของท่าน แต่ข้าคงจะเข้าไปใกล้ท่านไม่ได้แล้ว เพราะข้าเห็นร่องรอยเท้าที่เดินเข้าไปในถ้ำของท่านเท่านั้น แต่ไม่เห็นร่องรอยเท้าใดๆ ที่เดินออกมาเลย"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